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퇴직확인서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아래 직원의 퇴직 사실과 확인 내용을 기록합니다.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확인번호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[RET-YYYYMM-번호]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[상호]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성명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사원번호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[EMP-번호]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소속·직급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 / 직급]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확인일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재직·퇴직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24"/>
        <w:gridCol w:w="7540"/>
      </w:tblGrid>
      <w:tr>
        <w:trPr>
          <w:tblHeader/>
        </w:trPr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7540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확인내용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입사일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마지막 근무일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퇴직일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 / 마지막 근무일의 다음 날]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퇴직구분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[확정된 퇴직유형]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확인근거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[계약 / 의사확인 / 결정문서 등]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발급·사용 목적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용도: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[요청된 용도]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제출처: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[기관·회사명]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추가 확인사항: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[본인이 요청한 사항에 한하여 기재]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퇴직 사실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위 직원이 위 기간 동안 당사에 재직한 후 기재된 퇴직일에 퇴직하였음을 확인합니다.</w:t>
        <w:br/>
        <w:t>이 확인서는 퇴직 사실 확인용이며, 개별 금품 정산 결과는 별도 정산내역으로 관리합니다.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발급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[YYYY년 MM월 DD일]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회사명: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[상호]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주소: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[사업장 주소]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대표자: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(직인)</w:t>
        <w:br/>
        <w:t xml:space="preserve">발급담당: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[부서 / 성명 / 연락처]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퇴직확인서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재직정보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입사일 2024-09-01, 마지막 근무일 2026-09-30, 퇴직일 2026-10-01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용도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퇴직 사실 확인용 / 본인 요청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기재내용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영업팀 사원으로 재직하였으며 확정된 퇴직일에 퇴직하였음을 확인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발급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2026-10-02 발급, 회사 직인 날인 및 발급대장 기록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085  퇴직확인서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085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퇴직확인서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