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ageBreakBefore w:val="0"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재직증명서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458"/>
        <w:gridCol w:w="1474"/>
        <w:gridCol w:w="3458"/>
      </w:tblGrid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발급번호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[CERT-YYYYMM-번호]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발급일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[YYYY-MM-DD]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성명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사원번호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[EMP-번호]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용도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[본인 요청 용도]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제출처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[기관·회사명]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1. 재직 사항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324"/>
        <w:gridCol w:w="7540"/>
      </w:tblGrid>
      <w:tr>
        <w:trPr>
          <w:tblHeader/>
        </w:trPr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항목</w:t>
            </w:r>
          </w:p>
        </w:tc>
        <w:tc>
          <w:tcPr>
            <w:tcW w:type="dxa" w:w="7540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증명내용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회사명</w:t>
            </w:r>
          </w:p>
        </w:tc>
        <w:tc>
          <w:tcPr>
            <w:tcW w:type="dxa" w:w="7540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[상호]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재직기간</w:t>
            </w:r>
          </w:p>
        </w:tc>
        <w:tc>
          <w:tcPr>
            <w:tcW w:type="dxa" w:w="7540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[입사일]</w:t>
            </w: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 xml:space="preserve"> ~ 현재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소속부서·직급</w:t>
            </w:r>
          </w:p>
        </w:tc>
        <w:tc>
          <w:tcPr>
            <w:tcW w:type="dxa" w:w="7540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[본인이 요청한 부서 / 직급]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담당업무</w:t>
            </w:r>
          </w:p>
        </w:tc>
        <w:tc>
          <w:tcPr>
            <w:tcW w:type="dxa" w:w="7540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[본인이 요청한 업무내용]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근무형태</w:t>
            </w:r>
          </w:p>
        </w:tc>
        <w:tc>
          <w:tcPr>
            <w:tcW w:type="dxa" w:w="7540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[본인이 요청한 경우 기재]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2. 증명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위 사람은 현재 당사에 재직 중임을 증명합니다.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3. 발급자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[YYYY년 MM월 DD일]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회사명: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[상호]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사업자등록번호: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[000-00-00000]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주소: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[사업장 주소]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대표자: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[성명]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(직인)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4. 발급 확인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발급담당: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[부서 / 성명]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확인 연락처: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[회사 대표 또는 담당 연락처]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추가 요청사항: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[본인이 요청한 사항이 있는 경우 기재]</w:t>
      </w:r>
    </w:p>
    <w:p>
      <w:pPr>
        <w:pageBreakBefore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재직증명서 | 작성예시</w:t>
      </w:r>
    </w:p>
    <w:p>
      <w:pPr>
        <w:spacing w:after="140" w:line="274" w:lineRule="auto"/>
      </w:pPr>
      <w:r>
        <w:rPr>
          <w:rFonts w:ascii="Noto Sans CJK KR" w:hAnsi="Noto Sans CJK KR" w:eastAsia="Noto Sans CJK KR" w:cs="Noto Sans CJK KR"/>
          <w:b w:val="0"/>
          <w:color w:val="637587"/>
          <w:sz w:val="19"/>
        </w:rPr>
        <w:t>가상 상황을 사용한 작성예시입니다. 앞쪽 작성용 양식과 분리하여 확인합니다.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098"/>
        <w:gridCol w:w="7767"/>
      </w:tblGrid>
      <w:tr>
        <w:trPr>
          <w:tblHeader/>
        </w:trPr>
        <w:tc>
          <w:tcPr>
            <w:tcW w:type="dxa" w:w="209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기재항목</w:t>
            </w:r>
          </w:p>
        </w:tc>
        <w:tc>
          <w:tcPr>
            <w:tcW w:type="dxa" w:w="7767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작성예시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발급정보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CERT-202609-001 / 김민준 / EMP-001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재직기간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2024-09-01 ~ 현재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소속·업무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영업팀 사원 / 거래처 관리 및 제안업무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용도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본인이 요청한 제출용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발급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회사명·사업자번호·주소 확인 후 대표자 직인 날인, 발급대장에 기록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작성할 때 바꿀 부분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[대괄호]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표시를 실제 회사·직원·거래 정보로 바꾸고, 선택 항목의 해당 칸을 표시합니다. 해당 없는 항목은 “해당없음” 또는 “없음”으로 정리합니다. 결재·서명·직인과 관련 날짜를 채운 뒤 작성용 페이지만 제출·교부합니다.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완료 확인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□ 필수 입력란을 채웠습니다.  □ 관련 자료와 이름·기간·금액을 대조했습니다.</w:t>
        <w:br/>
        <w:t>□ 선택하지 않은 문구를 정리했습니다.  □ 서명·결재·교부 또는 보관 처리를 완료했습니다.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1020" w:bottom="879" w:left="102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Noto Sans CJK KR" w:hAnsi="Noto Sans CJK KR" w:eastAsia="Noto Sans CJK KR" w:cs="Noto Sans CJK KR"/>
        <w:b w:val="0"/>
        <w:color w:val="637587"/>
        <w:sz w:val="16"/>
      </w:rPr>
      <w:t xml:space="preserve">095  재직증명서  |  </w:t>
    </w:r>
    <w:r/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pBdr>
        <w:bottom w:val="single" w:sz="5" w:color="17354D"/>
      </w:pBdr>
    </w:pPr>
    <w:r>
      <w:rPr>
        <w:rFonts w:ascii="Noto Sans CJK KR" w:hAnsi="Noto Sans CJK KR" w:eastAsia="Noto Sans CJK KR" w:cs="Noto Sans CJK KR"/>
        <w:b w:val="0"/>
        <w:color w:val="637587"/>
        <w:sz w:val="16"/>
      </w:rPr>
      <w:t>실무양식  /  095  /  인사·노무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4" w:lineRule="auto"/>
    </w:pPr>
    <w:rPr>
      <w:rFonts w:ascii="Noto Sans CJK KR" w:hAnsi="Noto Sans CJK KR" w:eastAsia="Noto Sans CJK KR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KR" w:hAnsi="Noto Sans CJK KR" w:eastAsia="Noto Sans CJK KR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재직증명서</dc:title>
  <dc:subject>작성용 실무양식과 가상 작성예시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