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ageBreakBefore w:val="0"/>
        <w:spacing w:before="160" w:after="180"/>
      </w:pPr>
      <w:r>
        <w:rPr>
          <w:rFonts w:ascii="Noto Sans CJK KR" w:hAnsi="Noto Sans CJK KR" w:eastAsia="Noto Sans CJK KR" w:cs="Noto Sans CJK KR"/>
          <w:b/>
          <w:color w:val="17354D"/>
          <w:sz w:val="46"/>
        </w:rPr>
        <w:t>구매요청서</w:t>
      </w:r>
    </w:p>
    <w:p>
      <w:pPr>
        <w:spacing w:after="160" w:line="274" w:lineRule="auto"/>
      </w:pPr>
      <w:r>
        <w:rPr>
          <w:rFonts w:ascii="Noto Sans CJK KR" w:hAnsi="Noto Sans CJK KR" w:eastAsia="Noto Sans CJK KR" w:cs="Noto Sans CJK KR"/>
          <w:b w:val="0"/>
          <w:color w:val="203346"/>
          <w:sz w:val="21"/>
        </w:rPr>
        <w:t>업무 수행에 필요한 아래 물품 또는 서비스를 구매 요청합니다.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474"/>
        <w:gridCol w:w="3458"/>
        <w:gridCol w:w="1474"/>
        <w:gridCol w:w="3458"/>
      </w:tblGrid>
      <w:tr>
        <w:trPr>
          <w:cantSplit/>
        </w:trPr>
        <w:tc>
          <w:tcPr>
            <w:tcW w:type="dxa" w:w="1474"/>
            <w:vAlign w:val="center"/>
            <w:tcMar>
              <w:top w:w="70" w:type="dxa"/>
              <w:start w:w="95" w:type="dxa"/>
              <w:bottom w:w="70" w:type="dxa"/>
              <w:end w:w="95" w:type="dxa"/>
            </w:tcMar>
            <w:shd w:fill="F1F5F8"/>
          </w:tcPr>
          <w:p>
            <w:pPr>
              <w:spacing w:after="0" w:line="257" w:lineRule="auto"/>
            </w:pPr>
            <w:r>
              <w:rPr>
                <w:rFonts w:ascii="Noto Sans CJK KR" w:hAnsi="Noto Sans CJK KR" w:eastAsia="Noto Sans CJK KR" w:cs="Noto Sans CJK KR"/>
                <w:b/>
                <w:color w:val="203346"/>
                <w:sz w:val="18"/>
              </w:rPr>
              <w:t>요청번호</w:t>
            </w:r>
          </w:p>
        </w:tc>
        <w:tc>
          <w:tcPr>
            <w:tcW w:type="dxa" w:w="3458"/>
            <w:vAlign w:val="center"/>
            <w:tcMar>
              <w:top w:w="70" w:type="dxa"/>
              <w:start w:w="95" w:type="dxa"/>
              <w:bottom w:w="70" w:type="dxa"/>
              <w:end w:w="95" w:type="dxa"/>
            </w:tcMar>
            <w:shd w:fill="FFFCF2"/>
          </w:tcPr>
          <w:p>
            <w:pPr>
              <w:spacing w:after="0" w:line="257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5BB1"/>
                <w:sz w:val="18"/>
              </w:rPr>
              <w:t>[PR-YYYYMM-번호]</w:t>
            </w:r>
          </w:p>
        </w:tc>
        <w:tc>
          <w:tcPr>
            <w:tcW w:type="dxa" w:w="1474"/>
            <w:vAlign w:val="center"/>
            <w:tcMar>
              <w:top w:w="70" w:type="dxa"/>
              <w:start w:w="95" w:type="dxa"/>
              <w:bottom w:w="70" w:type="dxa"/>
              <w:end w:w="95" w:type="dxa"/>
            </w:tcMar>
            <w:shd w:fill="F1F5F8"/>
          </w:tcPr>
          <w:p>
            <w:pPr>
              <w:spacing w:after="0" w:line="257" w:lineRule="auto"/>
            </w:pPr>
            <w:r>
              <w:rPr>
                <w:rFonts w:ascii="Noto Sans CJK KR" w:hAnsi="Noto Sans CJK KR" w:eastAsia="Noto Sans CJK KR" w:cs="Noto Sans CJK KR"/>
                <w:b/>
                <w:color w:val="203346"/>
                <w:sz w:val="18"/>
              </w:rPr>
              <w:t>요청부서</w:t>
            </w:r>
          </w:p>
        </w:tc>
        <w:tc>
          <w:tcPr>
            <w:tcW w:type="dxa" w:w="3458"/>
            <w:vAlign w:val="center"/>
            <w:tcMar>
              <w:top w:w="70" w:type="dxa"/>
              <w:start w:w="95" w:type="dxa"/>
              <w:bottom w:w="70" w:type="dxa"/>
              <w:end w:w="95" w:type="dxa"/>
            </w:tcMar>
            <w:shd w:fill="FFFCF2"/>
          </w:tcPr>
          <w:p>
            <w:pPr>
              <w:spacing w:after="0" w:line="257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5BB1"/>
                <w:sz w:val="18"/>
              </w:rPr>
              <w:t>[부서명]</w:t>
            </w:r>
          </w:p>
        </w:tc>
      </w:tr>
      <w:tr>
        <w:trPr>
          <w:cantSplit/>
        </w:trPr>
        <w:tc>
          <w:tcPr>
            <w:tcW w:type="dxa" w:w="1474"/>
            <w:vAlign w:val="center"/>
            <w:tcMar>
              <w:top w:w="70" w:type="dxa"/>
              <w:start w:w="95" w:type="dxa"/>
              <w:bottom w:w="70" w:type="dxa"/>
              <w:end w:w="95" w:type="dxa"/>
            </w:tcMar>
            <w:shd w:fill="F1F5F8"/>
          </w:tcPr>
          <w:p>
            <w:pPr>
              <w:spacing w:after="0" w:line="257" w:lineRule="auto"/>
            </w:pPr>
            <w:r>
              <w:rPr>
                <w:rFonts w:ascii="Noto Sans CJK KR" w:hAnsi="Noto Sans CJK KR" w:eastAsia="Noto Sans CJK KR" w:cs="Noto Sans CJK KR"/>
                <w:b/>
                <w:color w:val="203346"/>
                <w:sz w:val="18"/>
              </w:rPr>
              <w:t>요청자</w:t>
            </w:r>
          </w:p>
        </w:tc>
        <w:tc>
          <w:tcPr>
            <w:tcW w:type="dxa" w:w="3458"/>
            <w:vAlign w:val="center"/>
            <w:tcMar>
              <w:top w:w="70" w:type="dxa"/>
              <w:start w:w="95" w:type="dxa"/>
              <w:bottom w:w="70" w:type="dxa"/>
              <w:end w:w="95" w:type="dxa"/>
            </w:tcMar>
            <w:shd w:fill="FFFCF2"/>
          </w:tcPr>
          <w:p>
            <w:pPr>
              <w:spacing w:after="0" w:line="257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5BB1"/>
                <w:sz w:val="18"/>
              </w:rPr>
              <w:t>[성명 / 연락처]</w:t>
            </w:r>
          </w:p>
        </w:tc>
        <w:tc>
          <w:tcPr>
            <w:tcW w:type="dxa" w:w="1474"/>
            <w:vAlign w:val="center"/>
            <w:tcMar>
              <w:top w:w="70" w:type="dxa"/>
              <w:start w:w="95" w:type="dxa"/>
              <w:bottom w:w="70" w:type="dxa"/>
              <w:end w:w="95" w:type="dxa"/>
            </w:tcMar>
            <w:shd w:fill="F1F5F8"/>
          </w:tcPr>
          <w:p>
            <w:pPr>
              <w:spacing w:after="0" w:line="257" w:lineRule="auto"/>
            </w:pPr>
            <w:r>
              <w:rPr>
                <w:rFonts w:ascii="Noto Sans CJK KR" w:hAnsi="Noto Sans CJK KR" w:eastAsia="Noto Sans CJK KR" w:cs="Noto Sans CJK KR"/>
                <w:b/>
                <w:color w:val="203346"/>
                <w:sz w:val="18"/>
              </w:rPr>
              <w:t>요청일</w:t>
            </w:r>
          </w:p>
        </w:tc>
        <w:tc>
          <w:tcPr>
            <w:tcW w:type="dxa" w:w="3458"/>
            <w:vAlign w:val="center"/>
            <w:tcMar>
              <w:top w:w="70" w:type="dxa"/>
              <w:start w:w="95" w:type="dxa"/>
              <w:bottom w:w="70" w:type="dxa"/>
              <w:end w:w="95" w:type="dxa"/>
            </w:tcMar>
            <w:shd w:fill="FFFCF2"/>
          </w:tcPr>
          <w:p>
            <w:pPr>
              <w:spacing w:after="0" w:line="257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5BB1"/>
                <w:sz w:val="18"/>
              </w:rPr>
              <w:t>[YYYY-MM-DD]</w:t>
            </w:r>
          </w:p>
        </w:tc>
      </w:tr>
      <w:tr>
        <w:trPr>
          <w:cantSplit/>
        </w:trPr>
        <w:tc>
          <w:tcPr>
            <w:tcW w:type="dxa" w:w="1474"/>
            <w:vAlign w:val="center"/>
            <w:tcMar>
              <w:top w:w="70" w:type="dxa"/>
              <w:start w:w="95" w:type="dxa"/>
              <w:bottom w:w="70" w:type="dxa"/>
              <w:end w:w="95" w:type="dxa"/>
            </w:tcMar>
            <w:shd w:fill="F1F5F8"/>
          </w:tcPr>
          <w:p>
            <w:pPr>
              <w:spacing w:after="0" w:line="257" w:lineRule="auto"/>
            </w:pPr>
            <w:r>
              <w:rPr>
                <w:rFonts w:ascii="Noto Sans CJK KR" w:hAnsi="Noto Sans CJK KR" w:eastAsia="Noto Sans CJK KR" w:cs="Noto Sans CJK KR"/>
                <w:b/>
                <w:color w:val="203346"/>
                <w:sz w:val="18"/>
              </w:rPr>
              <w:t>사용부서</w:t>
            </w:r>
          </w:p>
        </w:tc>
        <w:tc>
          <w:tcPr>
            <w:tcW w:type="dxa" w:w="3458"/>
            <w:vAlign w:val="center"/>
            <w:tcMar>
              <w:top w:w="70" w:type="dxa"/>
              <w:start w:w="95" w:type="dxa"/>
              <w:bottom w:w="70" w:type="dxa"/>
              <w:end w:w="95" w:type="dxa"/>
            </w:tcMar>
            <w:shd w:fill="FFFCF2"/>
          </w:tcPr>
          <w:p>
            <w:pPr>
              <w:spacing w:after="0" w:line="257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5BB1"/>
                <w:sz w:val="18"/>
              </w:rPr>
              <w:t>[부서명]</w:t>
            </w:r>
          </w:p>
        </w:tc>
        <w:tc>
          <w:tcPr>
            <w:tcW w:type="dxa" w:w="1474"/>
            <w:vAlign w:val="center"/>
            <w:tcMar>
              <w:top w:w="70" w:type="dxa"/>
              <w:start w:w="95" w:type="dxa"/>
              <w:bottom w:w="70" w:type="dxa"/>
              <w:end w:w="95" w:type="dxa"/>
            </w:tcMar>
            <w:shd w:fill="F1F5F8"/>
          </w:tcPr>
          <w:p>
            <w:pPr>
              <w:spacing w:after="0" w:line="257" w:lineRule="auto"/>
            </w:pPr>
            <w:r>
              <w:rPr>
                <w:rFonts w:ascii="Noto Sans CJK KR" w:hAnsi="Noto Sans CJK KR" w:eastAsia="Noto Sans CJK KR" w:cs="Noto Sans CJK KR"/>
                <w:b/>
                <w:color w:val="203346"/>
                <w:sz w:val="18"/>
              </w:rPr>
              <w:t>필요시점</w:t>
            </w:r>
          </w:p>
        </w:tc>
        <w:tc>
          <w:tcPr>
            <w:tcW w:type="dxa" w:w="3458"/>
            <w:vAlign w:val="center"/>
            <w:tcMar>
              <w:top w:w="70" w:type="dxa"/>
              <w:start w:w="95" w:type="dxa"/>
              <w:bottom w:w="70" w:type="dxa"/>
              <w:end w:w="95" w:type="dxa"/>
            </w:tcMar>
            <w:shd w:fill="FFFCF2"/>
          </w:tcPr>
          <w:p>
            <w:pPr>
              <w:spacing w:after="0" w:line="257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5BB1"/>
                <w:sz w:val="18"/>
              </w:rPr>
              <w:t>[YYYY-MM-DD]</w:t>
            </w:r>
          </w:p>
        </w:tc>
      </w:tr>
    </w:tbl>
    <w:p>
      <w:pPr>
        <w:spacing w:after="0" w:line="274" w:lineRule="auto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4" w:color="D6E0E7"/>
          <w:left w:val="single" w:sz="4" w:color="D6E0E7"/>
          <w:bottom w:val="single" w:sz="4" w:color="D6E0E7"/>
          <w:right w:val="single" w:sz="4" w:color="D6E0E7"/>
          <w:insideH w:val="single" w:sz="4" w:color="D6E0E7"/>
          <w:insideV w:val="single" w:sz="4" w:color="D6E0E7"/>
        </w:tblBorders>
      </w:tblPr>
      <w:tblGrid>
        <w:gridCol w:w="3288"/>
        <w:gridCol w:w="3288"/>
        <w:gridCol w:w="3288"/>
      </w:tblGrid>
      <w:tr>
        <w:trPr>
          <w:tblHeader/>
        </w:trPr>
        <w:tc>
          <w:tcPr>
            <w:tcW w:type="dxa" w:w="3288"/>
            <w:shd w:fill="17354D"/>
            <w:tcMar>
              <w:top w:w="75" w:type="dxa"/>
              <w:start w:w="100" w:type="dxa"/>
              <w:bottom w:w="75" w:type="dxa"/>
              <w:end w:w="10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rFonts w:ascii="Noto Sans CJK KR" w:hAnsi="Noto Sans CJK KR" w:eastAsia="Noto Sans CJK KR" w:cs="Noto Sans CJK KR"/>
                <w:b/>
                <w:color w:val="FFFFFF"/>
                <w:sz w:val="19"/>
              </w:rPr>
              <w:t>작성</w:t>
            </w:r>
          </w:p>
        </w:tc>
        <w:tc>
          <w:tcPr>
            <w:tcW w:type="dxa" w:w="3288"/>
            <w:shd w:fill="17354D"/>
            <w:tcMar>
              <w:top w:w="75" w:type="dxa"/>
              <w:start w:w="100" w:type="dxa"/>
              <w:bottom w:w="75" w:type="dxa"/>
              <w:end w:w="10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rFonts w:ascii="Noto Sans CJK KR" w:hAnsi="Noto Sans CJK KR" w:eastAsia="Noto Sans CJK KR" w:cs="Noto Sans CJK KR"/>
                <w:b/>
                <w:color w:val="FFFFFF"/>
                <w:sz w:val="19"/>
              </w:rPr>
              <w:t>검토</w:t>
            </w:r>
          </w:p>
        </w:tc>
        <w:tc>
          <w:tcPr>
            <w:tcW w:type="dxa" w:w="3288"/>
            <w:shd w:fill="17354D"/>
            <w:tcMar>
              <w:top w:w="75" w:type="dxa"/>
              <w:start w:w="100" w:type="dxa"/>
              <w:bottom w:w="75" w:type="dxa"/>
              <w:end w:w="10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rFonts w:ascii="Noto Sans CJK KR" w:hAnsi="Noto Sans CJK KR" w:eastAsia="Noto Sans CJK KR" w:cs="Noto Sans CJK KR"/>
                <w:b/>
                <w:color w:val="FFFFFF"/>
                <w:sz w:val="19"/>
              </w:rPr>
              <w:t>승인</w:t>
            </w:r>
          </w:p>
        </w:tc>
      </w:tr>
      <w:tr>
        <w:trPr>
          <w:cantSplit/>
        </w:trPr>
        <w:tc>
          <w:tcPr>
            <w:tcW w:type="dxa" w:w="3288"/>
            <w:vAlign w:val="center"/>
            <w:tcMar>
              <w:top w:w="55" w:type="dxa"/>
              <w:start w:w="100" w:type="dxa"/>
              <w:bottom w:w="55" w:type="dxa"/>
              <w:end w:w="100" w:type="dxa"/>
            </w:tcMar>
            <w:shd w:fill="F1F5F8"/>
          </w:tcPr>
          <w:p>
            <w:pPr>
              <w:spacing w:after="0" w:line="259" w:lineRule="auto"/>
              <w:jc w:val="center"/>
            </w:pPr>
            <w:r>
              <w:rPr>
                <w:rFonts w:ascii="Noto Sans CJK KR" w:hAnsi="Noto Sans CJK KR" w:eastAsia="Noto Sans CJK KR" w:cs="Noto Sans CJK KR"/>
                <w:b w:val="0"/>
                <w:color w:val="205BB1"/>
                <w:sz w:val="18"/>
              </w:rPr>
              <w:t>[성명 / 서명]</w:t>
            </w:r>
          </w:p>
        </w:tc>
        <w:tc>
          <w:tcPr>
            <w:tcW w:type="dxa" w:w="3288"/>
            <w:vAlign w:val="center"/>
            <w:tcMar>
              <w:top w:w="55" w:type="dxa"/>
              <w:start w:w="100" w:type="dxa"/>
              <w:bottom w:w="55" w:type="dxa"/>
              <w:end w:w="100" w:type="dxa"/>
            </w:tcMar>
            <w:shd w:fill="FFFCF2"/>
          </w:tcPr>
          <w:p>
            <w:pPr>
              <w:spacing w:after="0" w:line="259" w:lineRule="auto"/>
              <w:jc w:val="center"/>
            </w:pPr>
            <w:r>
              <w:rPr>
                <w:rFonts w:ascii="Noto Sans CJK KR" w:hAnsi="Noto Sans CJK KR" w:eastAsia="Noto Sans CJK KR" w:cs="Noto Sans CJK KR"/>
                <w:b w:val="0"/>
                <w:color w:val="205BB1"/>
                <w:sz w:val="18"/>
              </w:rPr>
              <w:t>[성명 / 서명]</w:t>
            </w:r>
          </w:p>
        </w:tc>
        <w:tc>
          <w:tcPr>
            <w:tcW w:type="dxa" w:w="3288"/>
            <w:vAlign w:val="center"/>
            <w:tcMar>
              <w:top w:w="55" w:type="dxa"/>
              <w:start w:w="100" w:type="dxa"/>
              <w:bottom w:w="55" w:type="dxa"/>
              <w:end w:w="100" w:type="dxa"/>
            </w:tcMar>
            <w:shd w:fill="FFFCF2"/>
          </w:tcPr>
          <w:p>
            <w:pPr>
              <w:spacing w:after="0" w:line="259" w:lineRule="auto"/>
              <w:jc w:val="center"/>
            </w:pPr>
            <w:r>
              <w:rPr>
                <w:rFonts w:ascii="Noto Sans CJK KR" w:hAnsi="Noto Sans CJK KR" w:eastAsia="Noto Sans CJK KR" w:cs="Noto Sans CJK KR"/>
                <w:b w:val="0"/>
                <w:color w:val="205BB1"/>
                <w:sz w:val="18"/>
              </w:rPr>
              <w:t>[성명 / 서명]</w:t>
            </w:r>
          </w:p>
        </w:tc>
      </w:tr>
    </w:tbl>
    <w:p>
      <w:pPr>
        <w:pStyle w:val="Heading2"/>
        <w:keepNext/>
        <w:spacing w:before="160" w:after="80"/>
      </w:pPr>
      <w:r>
        <w:rPr>
          <w:rFonts w:ascii="Noto Sans CJK KR" w:hAnsi="Noto Sans CJK KR" w:eastAsia="Noto Sans CJK KR" w:cs="Noto Sans CJK KR"/>
          <w:b/>
          <w:color w:val="17354D"/>
          <w:sz w:val="23"/>
        </w:rPr>
        <w:t>1. 구매 목적 및 필요성</w:t>
      </w:r>
    </w:p>
    <w:p>
      <w:pPr>
        <w:spacing w:after="100" w:line="274" w:lineRule="auto"/>
      </w:pPr>
      <w:r>
        <w:rPr>
          <w:rFonts w:ascii="Noto Sans CJK KR" w:hAnsi="Noto Sans CJK KR" w:eastAsia="Noto Sans CJK KR" w:cs="Noto Sans CJK KR"/>
          <w:b w:val="0"/>
          <w:color w:val="205BB1"/>
          <w:sz w:val="21"/>
        </w:rPr>
        <w:t>[현재 보유 수량·상태]</w:t>
      </w:r>
      <w:r>
        <w:rPr>
          <w:rFonts w:ascii="Noto Sans CJK KR" w:hAnsi="Noto Sans CJK KR" w:eastAsia="Noto Sans CJK KR" w:cs="Noto Sans CJK KR"/>
          <w:b w:val="0"/>
          <w:color w:val="203346"/>
          <w:sz w:val="21"/>
        </w:rPr>
        <w:t xml:space="preserve">로 인해 </w:t>
      </w:r>
      <w:r>
        <w:rPr>
          <w:rFonts w:ascii="Noto Sans CJK KR" w:hAnsi="Noto Sans CJK KR" w:eastAsia="Noto Sans CJK KR" w:cs="Noto Sans CJK KR"/>
          <w:b w:val="0"/>
          <w:color w:val="205BB1"/>
          <w:sz w:val="21"/>
        </w:rPr>
        <w:t>[추가 구매 또는 교체 사유]</w:t>
      </w:r>
      <w:r>
        <w:rPr>
          <w:rFonts w:ascii="Noto Sans CJK KR" w:hAnsi="Noto Sans CJK KR" w:eastAsia="Noto Sans CJK KR" w:cs="Noto Sans CJK KR"/>
          <w:b w:val="0"/>
          <w:color w:val="203346"/>
          <w:sz w:val="21"/>
        </w:rPr>
        <w:t xml:space="preserve">가 발생하여, </w:t>
      </w:r>
      <w:r>
        <w:rPr>
          <w:rFonts w:ascii="Noto Sans CJK KR" w:hAnsi="Noto Sans CJK KR" w:eastAsia="Noto Sans CJK KR" w:cs="Noto Sans CJK KR"/>
          <w:b w:val="0"/>
          <w:color w:val="205BB1"/>
          <w:sz w:val="21"/>
        </w:rPr>
        <w:t>[사용업무]</w:t>
      </w:r>
      <w:r>
        <w:rPr>
          <w:rFonts w:ascii="Noto Sans CJK KR" w:hAnsi="Noto Sans CJK KR" w:eastAsia="Noto Sans CJK KR" w:cs="Noto Sans CJK KR"/>
          <w:b w:val="0"/>
          <w:color w:val="203346"/>
          <w:sz w:val="21"/>
        </w:rPr>
        <w:t>에 필요한 아래 품목의 구매를 요청합니다.</w:t>
      </w:r>
    </w:p>
    <w:p>
      <w:pPr>
        <w:pStyle w:val="Heading2"/>
        <w:keepNext/>
        <w:spacing w:before="160" w:after="80"/>
      </w:pPr>
      <w:r>
        <w:rPr>
          <w:rFonts w:ascii="Noto Sans CJK KR" w:hAnsi="Noto Sans CJK KR" w:eastAsia="Noto Sans CJK KR" w:cs="Noto Sans CJK KR"/>
          <w:b/>
          <w:color w:val="17354D"/>
          <w:sz w:val="23"/>
        </w:rPr>
        <w:t>2. 요청 품목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4" w:color="D6E0E7"/>
          <w:left w:val="single" w:sz="4" w:color="D6E0E7"/>
          <w:bottom w:val="single" w:sz="4" w:color="D6E0E7"/>
          <w:right w:val="single" w:sz="4" w:color="D6E0E7"/>
          <w:insideH w:val="single" w:sz="4" w:color="D6E0E7"/>
          <w:insideV w:val="single" w:sz="4" w:color="D6E0E7"/>
        </w:tblBorders>
      </w:tblPr>
      <w:tblGrid>
        <w:gridCol w:w="2381"/>
        <w:gridCol w:w="2835"/>
        <w:gridCol w:w="2324"/>
        <w:gridCol w:w="2324"/>
      </w:tblGrid>
      <w:tr>
        <w:trPr>
          <w:tblHeader/>
        </w:trPr>
        <w:tc>
          <w:tcPr>
            <w:tcW w:type="dxa" w:w="2381"/>
            <w:shd w:fill="17354D"/>
            <w:tcMar>
              <w:top w:w="75" w:type="dxa"/>
              <w:start w:w="100" w:type="dxa"/>
              <w:bottom w:w="75" w:type="dxa"/>
              <w:end w:w="100" w:type="dxa"/>
            </w:tcMar>
          </w:tcPr>
          <w:p>
            <w:pPr>
              <w:spacing w:after="0" w:line="254" w:lineRule="auto"/>
            </w:pPr>
            <w:r>
              <w:rPr>
                <w:rFonts w:ascii="Noto Sans CJK KR" w:hAnsi="Noto Sans CJK KR" w:eastAsia="Noto Sans CJK KR" w:cs="Noto Sans CJK KR"/>
                <w:b/>
                <w:color w:val="FFFFFF"/>
                <w:sz w:val="19"/>
              </w:rPr>
              <w:t>품목·규격</w:t>
            </w:r>
          </w:p>
        </w:tc>
        <w:tc>
          <w:tcPr>
            <w:tcW w:type="dxa" w:w="2835"/>
            <w:shd w:fill="17354D"/>
            <w:tcMar>
              <w:top w:w="75" w:type="dxa"/>
              <w:start w:w="100" w:type="dxa"/>
              <w:bottom w:w="75" w:type="dxa"/>
              <w:end w:w="100" w:type="dxa"/>
            </w:tcMar>
          </w:tcPr>
          <w:p>
            <w:pPr>
              <w:spacing w:after="0" w:line="254" w:lineRule="auto"/>
            </w:pPr>
            <w:r>
              <w:rPr>
                <w:rFonts w:ascii="Noto Sans CJK KR" w:hAnsi="Noto Sans CJK KR" w:eastAsia="Noto Sans CJK KR" w:cs="Noto Sans CJK KR"/>
                <w:b/>
                <w:color w:val="FFFFFF"/>
                <w:sz w:val="19"/>
              </w:rPr>
              <w:t>수량·단위</w:t>
            </w:r>
          </w:p>
        </w:tc>
        <w:tc>
          <w:tcPr>
            <w:tcW w:type="dxa" w:w="2324"/>
            <w:shd w:fill="17354D"/>
            <w:tcMar>
              <w:top w:w="75" w:type="dxa"/>
              <w:start w:w="100" w:type="dxa"/>
              <w:bottom w:w="75" w:type="dxa"/>
              <w:end w:w="100" w:type="dxa"/>
            </w:tcMar>
          </w:tcPr>
          <w:p>
            <w:pPr>
              <w:spacing w:after="0" w:line="254" w:lineRule="auto"/>
            </w:pPr>
            <w:r>
              <w:rPr>
                <w:rFonts w:ascii="Noto Sans CJK KR" w:hAnsi="Noto Sans CJK KR" w:eastAsia="Noto Sans CJK KR" w:cs="Noto Sans CJK KR"/>
                <w:b/>
                <w:color w:val="FFFFFF"/>
                <w:sz w:val="19"/>
              </w:rPr>
              <w:t>희망단가</w:t>
            </w:r>
          </w:p>
        </w:tc>
        <w:tc>
          <w:tcPr>
            <w:tcW w:type="dxa" w:w="2324"/>
            <w:shd w:fill="17354D"/>
            <w:tcMar>
              <w:top w:w="75" w:type="dxa"/>
              <w:start w:w="100" w:type="dxa"/>
              <w:bottom w:w="75" w:type="dxa"/>
              <w:end w:w="100" w:type="dxa"/>
            </w:tcMar>
          </w:tcPr>
          <w:p>
            <w:pPr>
              <w:spacing w:after="0" w:line="254" w:lineRule="auto"/>
            </w:pPr>
            <w:r>
              <w:rPr>
                <w:rFonts w:ascii="Noto Sans CJK KR" w:hAnsi="Noto Sans CJK KR" w:eastAsia="Noto Sans CJK KR" w:cs="Noto Sans CJK KR"/>
                <w:b/>
                <w:color w:val="FFFFFF"/>
                <w:sz w:val="19"/>
              </w:rPr>
              <w:t>사용용도·요건</w:t>
            </w:r>
          </w:p>
        </w:tc>
      </w:tr>
      <w:tr>
        <w:trPr>
          <w:cantSplit/>
        </w:trPr>
        <w:tc>
          <w:tcPr>
            <w:tcW w:type="dxa" w:w="2381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  <w:shd w:fill="F1F5F8"/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5BB1"/>
                <w:sz w:val="19"/>
              </w:rPr>
              <w:t>[품명 / 모델 / 규격]</w:t>
            </w:r>
          </w:p>
        </w:tc>
        <w:tc>
          <w:tcPr>
            <w:tcW w:type="dxa" w:w="2835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  <w:shd w:fill="FFFCF2"/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5BB1"/>
                <w:sz w:val="19"/>
              </w:rPr>
              <w:t>[수량 / 단위]</w:t>
            </w:r>
          </w:p>
        </w:tc>
        <w:tc>
          <w:tcPr>
            <w:tcW w:type="dxa" w:w="2324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  <w:shd w:fill="FFFCF2"/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5BB1"/>
                <w:sz w:val="19"/>
              </w:rPr>
              <w:t>[금액]</w:t>
            </w:r>
          </w:p>
        </w:tc>
        <w:tc>
          <w:tcPr>
            <w:tcW w:type="dxa" w:w="2324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  <w:shd w:fill="FFFCF2"/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5BB1"/>
                <w:sz w:val="19"/>
              </w:rPr>
              <w:t>[필수 사양 / 용도]</w:t>
            </w:r>
          </w:p>
        </w:tc>
      </w:tr>
      <w:tr>
        <w:trPr>
          <w:cantSplit/>
        </w:trPr>
        <w:tc>
          <w:tcPr>
            <w:tcW w:type="dxa" w:w="2381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  <w:shd w:fill="F1F5F8"/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5BB1"/>
                <w:sz w:val="19"/>
              </w:rPr>
              <w:t>[품명 / 모델 / 규격]</w:t>
            </w:r>
          </w:p>
        </w:tc>
        <w:tc>
          <w:tcPr>
            <w:tcW w:type="dxa" w:w="2835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  <w:shd w:fill="FFFCF2"/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5BB1"/>
                <w:sz w:val="19"/>
              </w:rPr>
              <w:t>[수량 / 단위]</w:t>
            </w:r>
          </w:p>
        </w:tc>
        <w:tc>
          <w:tcPr>
            <w:tcW w:type="dxa" w:w="2324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  <w:shd w:fill="FFFCF2"/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5BB1"/>
                <w:sz w:val="19"/>
              </w:rPr>
              <w:t>[금액]</w:t>
            </w:r>
          </w:p>
        </w:tc>
        <w:tc>
          <w:tcPr>
            <w:tcW w:type="dxa" w:w="2324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  <w:shd w:fill="FFFCF2"/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5BB1"/>
                <w:sz w:val="19"/>
              </w:rPr>
              <w:t>[필수 사양 / 용도]</w:t>
            </w:r>
          </w:p>
        </w:tc>
      </w:tr>
      <w:tr>
        <w:trPr>
          <w:cantSplit/>
        </w:trPr>
        <w:tc>
          <w:tcPr>
            <w:tcW w:type="dxa" w:w="2381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  <w:shd w:fill="F1F5F8"/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5BB1"/>
                <w:sz w:val="19"/>
              </w:rPr>
              <w:t>[품명 / 모델 / 규격]</w:t>
            </w:r>
          </w:p>
        </w:tc>
        <w:tc>
          <w:tcPr>
            <w:tcW w:type="dxa" w:w="2835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  <w:shd w:fill="FFFCF2"/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5BB1"/>
                <w:sz w:val="19"/>
              </w:rPr>
              <w:t>[수량 / 단위]</w:t>
            </w:r>
          </w:p>
        </w:tc>
        <w:tc>
          <w:tcPr>
            <w:tcW w:type="dxa" w:w="2324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  <w:shd w:fill="FFFCF2"/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5BB1"/>
                <w:sz w:val="19"/>
              </w:rPr>
              <w:t>[금액]</w:t>
            </w:r>
          </w:p>
        </w:tc>
        <w:tc>
          <w:tcPr>
            <w:tcW w:type="dxa" w:w="2324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  <w:shd w:fill="FFFCF2"/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5BB1"/>
                <w:sz w:val="19"/>
              </w:rPr>
              <w:t>[필수 사양 / 용도]</w:t>
            </w:r>
          </w:p>
        </w:tc>
      </w:tr>
    </w:tbl>
    <w:p>
      <w:pPr>
        <w:pStyle w:val="Heading2"/>
        <w:keepNext/>
        <w:spacing w:before="160" w:after="80"/>
      </w:pPr>
      <w:r>
        <w:rPr>
          <w:rFonts w:ascii="Noto Sans CJK KR" w:hAnsi="Noto Sans CJK KR" w:eastAsia="Noto Sans CJK KR" w:cs="Noto Sans CJK KR"/>
          <w:b/>
          <w:color w:val="17354D"/>
          <w:sz w:val="23"/>
        </w:rPr>
        <w:t>3. 예산 및 공급 조건</w:t>
      </w:r>
    </w:p>
    <w:p>
      <w:pPr>
        <w:spacing w:after="100" w:line="274" w:lineRule="auto"/>
      </w:pPr>
      <w:r>
        <w:rPr>
          <w:rFonts w:ascii="Noto Sans CJK KR" w:hAnsi="Noto Sans CJK KR" w:eastAsia="Noto Sans CJK KR" w:cs="Noto Sans CJK KR"/>
          <w:b w:val="0"/>
          <w:color w:val="203346"/>
          <w:sz w:val="21"/>
        </w:rPr>
        <w:t xml:space="preserve">예상 총액: </w:t>
      </w:r>
      <w:r>
        <w:rPr>
          <w:rFonts w:ascii="Noto Sans CJK KR" w:hAnsi="Noto Sans CJK KR" w:eastAsia="Noto Sans CJK KR" w:cs="Noto Sans CJK KR"/>
          <w:b w:val="0"/>
          <w:color w:val="205BB1"/>
          <w:sz w:val="21"/>
        </w:rPr>
        <w:t>[금액 / 부가세 포함 여부]</w:t>
      </w:r>
      <w:r>
        <w:rPr>
          <w:rFonts w:ascii="Noto Sans CJK KR" w:hAnsi="Noto Sans CJK KR" w:eastAsia="Noto Sans CJK KR" w:cs="Noto Sans CJK KR"/>
          <w:b w:val="0"/>
          <w:color w:val="203346"/>
          <w:sz w:val="21"/>
        </w:rPr>
        <w:t xml:space="preserve">  |  예산계정: </w:t>
      </w:r>
      <w:r>
        <w:rPr>
          <w:rFonts w:ascii="Noto Sans CJK KR" w:hAnsi="Noto Sans CJK KR" w:eastAsia="Noto Sans CJK KR" w:cs="Noto Sans CJK KR"/>
          <w:b w:val="0"/>
          <w:color w:val="205BB1"/>
          <w:sz w:val="21"/>
        </w:rPr>
        <w:t>[계정명]</w:t>
      </w:r>
      <w:r>
        <w:rPr>
          <w:rFonts w:ascii="Noto Sans CJK KR" w:hAnsi="Noto Sans CJK KR" w:eastAsia="Noto Sans CJK KR" w:cs="Noto Sans CJK KR"/>
          <w:b w:val="0"/>
          <w:color w:val="203346"/>
          <w:sz w:val="21"/>
        </w:rPr>
        <w:br/>
        <w:t xml:space="preserve">납품장소: </w:t>
      </w:r>
      <w:r>
        <w:rPr>
          <w:rFonts w:ascii="Noto Sans CJK KR" w:hAnsi="Noto Sans CJK KR" w:eastAsia="Noto Sans CJK KR" w:cs="Noto Sans CJK KR"/>
          <w:b w:val="0"/>
          <w:color w:val="205BB1"/>
          <w:sz w:val="21"/>
        </w:rPr>
        <w:t>[주소 / 담당자]</w:t>
      </w:r>
      <w:r>
        <w:rPr>
          <w:rFonts w:ascii="Noto Sans CJK KR" w:hAnsi="Noto Sans CJK KR" w:eastAsia="Noto Sans CJK KR" w:cs="Noto Sans CJK KR"/>
          <w:b w:val="0"/>
          <w:color w:val="203346"/>
          <w:sz w:val="21"/>
        </w:rPr>
        <w:t xml:space="preserve">  |  희망납기: </w:t>
      </w:r>
      <w:r>
        <w:rPr>
          <w:rFonts w:ascii="Noto Sans CJK KR" w:hAnsi="Noto Sans CJK KR" w:eastAsia="Noto Sans CJK KR" w:cs="Noto Sans CJK KR"/>
          <w:b w:val="0"/>
          <w:color w:val="205BB1"/>
          <w:sz w:val="21"/>
        </w:rPr>
        <w:t>[일자]</w:t>
      </w:r>
      <w:r>
        <w:rPr>
          <w:rFonts w:ascii="Noto Sans CJK KR" w:hAnsi="Noto Sans CJK KR" w:eastAsia="Noto Sans CJK KR" w:cs="Noto Sans CJK KR"/>
          <w:b w:val="0"/>
          <w:color w:val="203346"/>
          <w:sz w:val="21"/>
        </w:rPr>
        <w:br/>
        <w:t xml:space="preserve">대체품 허용 여부: □ 가능 </w:t>
      </w:r>
      <w:r>
        <w:rPr>
          <w:rFonts w:ascii="Noto Sans CJK KR" w:hAnsi="Noto Sans CJK KR" w:eastAsia="Noto Sans CJK KR" w:cs="Noto Sans CJK KR"/>
          <w:b w:val="0"/>
          <w:color w:val="205BB1"/>
          <w:sz w:val="21"/>
        </w:rPr>
        <w:t>[허용범위]</w:t>
      </w:r>
      <w:r>
        <w:rPr>
          <w:rFonts w:ascii="Noto Sans CJK KR" w:hAnsi="Noto Sans CJK KR" w:eastAsia="Noto Sans CJK KR" w:cs="Noto Sans CJK KR"/>
          <w:b w:val="0"/>
          <w:color w:val="203346"/>
          <w:sz w:val="21"/>
        </w:rPr>
        <w:t xml:space="preserve">  □ 불가 </w:t>
      </w:r>
      <w:r>
        <w:rPr>
          <w:rFonts w:ascii="Noto Sans CJK KR" w:hAnsi="Noto Sans CJK KR" w:eastAsia="Noto Sans CJK KR" w:cs="Noto Sans CJK KR"/>
          <w:b w:val="0"/>
          <w:color w:val="205BB1"/>
          <w:sz w:val="21"/>
        </w:rPr>
        <w:t>[사유]</w:t>
      </w:r>
    </w:p>
    <w:p>
      <w:pPr>
        <w:pStyle w:val="Heading2"/>
        <w:keepNext/>
        <w:spacing w:before="160" w:after="80"/>
      </w:pPr>
      <w:r>
        <w:rPr>
          <w:rFonts w:ascii="Noto Sans CJK KR" w:hAnsi="Noto Sans CJK KR" w:eastAsia="Noto Sans CJK KR" w:cs="Noto Sans CJK KR"/>
          <w:b/>
          <w:color w:val="17354D"/>
          <w:sz w:val="23"/>
        </w:rPr>
        <w:t>4. 재고·기존 자산 확인</w:t>
      </w:r>
    </w:p>
    <w:p>
      <w:pPr>
        <w:spacing w:after="100" w:line="274" w:lineRule="auto"/>
      </w:pPr>
      <w:r>
        <w:rPr>
          <w:rFonts w:ascii="Noto Sans CJK KR" w:hAnsi="Noto Sans CJK KR" w:eastAsia="Noto Sans CJK KR" w:cs="Noto Sans CJK KR"/>
          <w:b w:val="0"/>
          <w:color w:val="203346"/>
          <w:sz w:val="21"/>
        </w:rPr>
        <w:t xml:space="preserve">기존 보유량: </w:t>
      </w:r>
      <w:r>
        <w:rPr>
          <w:rFonts w:ascii="Noto Sans CJK KR" w:hAnsi="Noto Sans CJK KR" w:eastAsia="Noto Sans CJK KR" w:cs="Noto Sans CJK KR"/>
          <w:b w:val="0"/>
          <w:color w:val="205BB1"/>
          <w:sz w:val="21"/>
        </w:rPr>
        <w:t>[수량]</w:t>
      </w:r>
      <w:r>
        <w:rPr>
          <w:rFonts w:ascii="Noto Sans CJK KR" w:hAnsi="Noto Sans CJK KR" w:eastAsia="Noto Sans CJK KR" w:cs="Noto Sans CJK KR"/>
          <w:b w:val="0"/>
          <w:color w:val="203346"/>
          <w:sz w:val="21"/>
        </w:rPr>
        <w:t xml:space="preserve">  |  사용가능 재고: </w:t>
      </w:r>
      <w:r>
        <w:rPr>
          <w:rFonts w:ascii="Noto Sans CJK KR" w:hAnsi="Noto Sans CJK KR" w:eastAsia="Noto Sans CJK KR" w:cs="Noto Sans CJK KR"/>
          <w:b w:val="0"/>
          <w:color w:val="205BB1"/>
          <w:sz w:val="21"/>
        </w:rPr>
        <w:t>[수량]</w:t>
      </w:r>
      <w:r>
        <w:rPr>
          <w:rFonts w:ascii="Noto Sans CJK KR" w:hAnsi="Noto Sans CJK KR" w:eastAsia="Noto Sans CJK KR" w:cs="Noto Sans CJK KR"/>
          <w:b w:val="0"/>
          <w:color w:val="203346"/>
          <w:sz w:val="21"/>
        </w:rPr>
        <w:t xml:space="preserve">  |  추가 필요량: </w:t>
      </w:r>
      <w:r>
        <w:rPr>
          <w:rFonts w:ascii="Noto Sans CJK KR" w:hAnsi="Noto Sans CJK KR" w:eastAsia="Noto Sans CJK KR" w:cs="Noto Sans CJK KR"/>
          <w:b w:val="0"/>
          <w:color w:val="205BB1"/>
          <w:sz w:val="21"/>
        </w:rPr>
        <w:t>[수량]</w:t>
      </w:r>
      <w:r>
        <w:rPr>
          <w:rFonts w:ascii="Noto Sans CJK KR" w:hAnsi="Noto Sans CJK KR" w:eastAsia="Noto Sans CJK KR" w:cs="Noto Sans CJK KR"/>
          <w:b w:val="0"/>
          <w:color w:val="203346"/>
          <w:sz w:val="21"/>
        </w:rPr>
        <w:br/>
        <w:t>□ 재고를 확인했습니다.  □ 중복 요청이 없습니다.  □ 필수 사양을 첨부했습니다.</w:t>
      </w:r>
    </w:p>
    <w:p>
      <w:pPr>
        <w:pStyle w:val="Heading2"/>
        <w:keepNext/>
        <w:spacing w:before="160" w:after="80"/>
      </w:pPr>
      <w:r>
        <w:rPr>
          <w:rFonts w:ascii="Noto Sans CJK KR" w:hAnsi="Noto Sans CJK KR" w:eastAsia="Noto Sans CJK KR" w:cs="Noto Sans CJK KR"/>
          <w:b/>
          <w:color w:val="17354D"/>
          <w:sz w:val="23"/>
        </w:rPr>
        <w:t>5. 구매 담당 검토</w:t>
      </w:r>
    </w:p>
    <w:p>
      <w:pPr>
        <w:spacing w:after="100" w:line="274" w:lineRule="auto"/>
      </w:pPr>
      <w:r>
        <w:rPr>
          <w:rFonts w:ascii="Noto Sans CJK KR" w:hAnsi="Noto Sans CJK KR" w:eastAsia="Noto Sans CJK KR" w:cs="Noto Sans CJK KR"/>
          <w:b w:val="0"/>
          <w:color w:val="203346"/>
          <w:sz w:val="21"/>
        </w:rPr>
        <w:t xml:space="preserve">선정업체·예정금액: </w:t>
      </w:r>
      <w:r>
        <w:rPr>
          <w:rFonts w:ascii="Noto Sans CJK KR" w:hAnsi="Noto Sans CJK KR" w:eastAsia="Noto Sans CJK KR" w:cs="Noto Sans CJK KR"/>
          <w:b w:val="0"/>
          <w:color w:val="205BB1"/>
          <w:sz w:val="21"/>
        </w:rPr>
        <w:t>[업체 / 금액]</w:t>
      </w:r>
      <w:r>
        <w:rPr>
          <w:rFonts w:ascii="Noto Sans CJK KR" w:hAnsi="Noto Sans CJK KR" w:eastAsia="Noto Sans CJK KR" w:cs="Noto Sans CJK KR"/>
          <w:b w:val="0"/>
          <w:color w:val="203346"/>
          <w:sz w:val="21"/>
        </w:rPr>
        <w:t xml:space="preserve">  |  발주예정일: </w:t>
      </w:r>
      <w:r>
        <w:rPr>
          <w:rFonts w:ascii="Noto Sans CJK KR" w:hAnsi="Noto Sans CJK KR" w:eastAsia="Noto Sans CJK KR" w:cs="Noto Sans CJK KR"/>
          <w:b w:val="0"/>
          <w:color w:val="205BB1"/>
          <w:sz w:val="21"/>
        </w:rPr>
        <w:t>[일자]</w:t>
      </w:r>
      <w:r>
        <w:rPr>
          <w:rFonts w:ascii="Noto Sans CJK KR" w:hAnsi="Noto Sans CJK KR" w:eastAsia="Noto Sans CJK KR" w:cs="Noto Sans CJK KR"/>
          <w:b w:val="0"/>
          <w:color w:val="203346"/>
          <w:sz w:val="21"/>
        </w:rPr>
        <w:br/>
        <w:t xml:space="preserve">검토결과: □ 진행  □ 보완요청  □ 보류  |  의견: </w:t>
      </w:r>
      <w:r>
        <w:rPr>
          <w:rFonts w:ascii="Noto Sans CJK KR" w:hAnsi="Noto Sans CJK KR" w:eastAsia="Noto Sans CJK KR" w:cs="Noto Sans CJK KR"/>
          <w:b w:val="0"/>
          <w:color w:val="205BB1"/>
          <w:sz w:val="21"/>
        </w:rPr>
        <w:t>[내용]</w:t>
      </w:r>
    </w:p>
    <w:p>
      <w:pPr>
        <w:spacing w:after="20" w:line="274" w:lineRule="auto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4" w:color="D6E0E7"/>
          <w:left w:val="single" w:sz="4" w:color="D6E0E7"/>
          <w:bottom w:val="single" w:sz="4" w:color="D6E0E7"/>
          <w:right w:val="single" w:sz="4" w:color="D6E0E7"/>
          <w:insideH w:val="single" w:sz="4" w:color="D6E0E7"/>
          <w:insideV w:val="single" w:sz="4" w:color="D6E0E7"/>
        </w:tblBorders>
      </w:tblPr>
      <w:tblGrid>
        <w:gridCol w:w="3288"/>
        <w:gridCol w:w="3288"/>
        <w:gridCol w:w="3288"/>
      </w:tblGrid>
      <w:tr>
        <w:trPr>
          <w:tblHeader/>
        </w:trPr>
        <w:tc>
          <w:tcPr>
            <w:tcW w:type="dxa" w:w="3288"/>
            <w:shd w:fill="17354D"/>
            <w:tcMar>
              <w:top w:w="75" w:type="dxa"/>
              <w:start w:w="100" w:type="dxa"/>
              <w:bottom w:w="75" w:type="dxa"/>
              <w:end w:w="10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rFonts w:ascii="Noto Sans CJK KR" w:hAnsi="Noto Sans CJK KR" w:eastAsia="Noto Sans CJK KR" w:cs="Noto Sans CJK KR"/>
                <w:b/>
                <w:color w:val="FFFFFF"/>
                <w:sz w:val="19"/>
              </w:rPr>
              <w:t>작성</w:t>
            </w:r>
          </w:p>
        </w:tc>
        <w:tc>
          <w:tcPr>
            <w:tcW w:type="dxa" w:w="3288"/>
            <w:shd w:fill="17354D"/>
            <w:tcMar>
              <w:top w:w="75" w:type="dxa"/>
              <w:start w:w="100" w:type="dxa"/>
              <w:bottom w:w="75" w:type="dxa"/>
              <w:end w:w="10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rFonts w:ascii="Noto Sans CJK KR" w:hAnsi="Noto Sans CJK KR" w:eastAsia="Noto Sans CJK KR" w:cs="Noto Sans CJK KR"/>
                <w:b/>
                <w:color w:val="FFFFFF"/>
                <w:sz w:val="19"/>
              </w:rPr>
              <w:t>검토</w:t>
            </w:r>
          </w:p>
        </w:tc>
        <w:tc>
          <w:tcPr>
            <w:tcW w:type="dxa" w:w="3288"/>
            <w:shd w:fill="17354D"/>
            <w:tcMar>
              <w:top w:w="75" w:type="dxa"/>
              <w:start w:w="100" w:type="dxa"/>
              <w:bottom w:w="75" w:type="dxa"/>
              <w:end w:w="10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rFonts w:ascii="Noto Sans CJK KR" w:hAnsi="Noto Sans CJK KR" w:eastAsia="Noto Sans CJK KR" w:cs="Noto Sans CJK KR"/>
                <w:b/>
                <w:color w:val="FFFFFF"/>
                <w:sz w:val="19"/>
              </w:rPr>
              <w:t>승인</w:t>
            </w:r>
          </w:p>
        </w:tc>
      </w:tr>
      <w:tr>
        <w:trPr>
          <w:cantSplit/>
        </w:trPr>
        <w:tc>
          <w:tcPr>
            <w:tcW w:type="dxa" w:w="3288"/>
            <w:vAlign w:val="center"/>
            <w:tcMar>
              <w:top w:w="55" w:type="dxa"/>
              <w:start w:w="100" w:type="dxa"/>
              <w:bottom w:w="55" w:type="dxa"/>
              <w:end w:w="100" w:type="dxa"/>
            </w:tcMar>
            <w:shd w:fill="F1F5F8"/>
          </w:tcPr>
          <w:p>
            <w:pPr>
              <w:spacing w:after="0" w:line="259" w:lineRule="auto"/>
              <w:jc w:val="center"/>
            </w:pPr>
            <w:r>
              <w:rPr>
                <w:rFonts w:ascii="Noto Sans CJK KR" w:hAnsi="Noto Sans CJK KR" w:eastAsia="Noto Sans CJK KR" w:cs="Noto Sans CJK KR"/>
                <w:b w:val="0"/>
                <w:color w:val="205BB1"/>
                <w:sz w:val="18"/>
              </w:rPr>
              <w:t>[성명 / 서명]</w:t>
            </w:r>
          </w:p>
        </w:tc>
        <w:tc>
          <w:tcPr>
            <w:tcW w:type="dxa" w:w="3288"/>
            <w:vAlign w:val="center"/>
            <w:tcMar>
              <w:top w:w="55" w:type="dxa"/>
              <w:start w:w="100" w:type="dxa"/>
              <w:bottom w:w="55" w:type="dxa"/>
              <w:end w:w="100" w:type="dxa"/>
            </w:tcMar>
            <w:shd w:fill="FFFCF2"/>
          </w:tcPr>
          <w:p>
            <w:pPr>
              <w:spacing w:after="0" w:line="259" w:lineRule="auto"/>
              <w:jc w:val="center"/>
            </w:pPr>
            <w:r>
              <w:rPr>
                <w:rFonts w:ascii="Noto Sans CJK KR" w:hAnsi="Noto Sans CJK KR" w:eastAsia="Noto Sans CJK KR" w:cs="Noto Sans CJK KR"/>
                <w:b w:val="0"/>
                <w:color w:val="205BB1"/>
                <w:sz w:val="18"/>
              </w:rPr>
              <w:t>[성명 / 서명]</w:t>
            </w:r>
          </w:p>
        </w:tc>
        <w:tc>
          <w:tcPr>
            <w:tcW w:type="dxa" w:w="3288"/>
            <w:vAlign w:val="center"/>
            <w:tcMar>
              <w:top w:w="55" w:type="dxa"/>
              <w:start w:w="100" w:type="dxa"/>
              <w:bottom w:w="55" w:type="dxa"/>
              <w:end w:w="100" w:type="dxa"/>
            </w:tcMar>
            <w:shd w:fill="FFFCF2"/>
          </w:tcPr>
          <w:p>
            <w:pPr>
              <w:spacing w:after="0" w:line="259" w:lineRule="auto"/>
              <w:jc w:val="center"/>
            </w:pPr>
            <w:r>
              <w:rPr>
                <w:rFonts w:ascii="Noto Sans CJK KR" w:hAnsi="Noto Sans CJK KR" w:eastAsia="Noto Sans CJK KR" w:cs="Noto Sans CJK KR"/>
                <w:b w:val="0"/>
                <w:color w:val="205BB1"/>
                <w:sz w:val="18"/>
              </w:rPr>
              <w:t>[성명 / 서명]</w:t>
            </w:r>
          </w:p>
        </w:tc>
      </w:tr>
    </w:tbl>
    <w:p>
      <w:pPr>
        <w:pageBreakBefore/>
        <w:spacing w:before="160" w:after="180"/>
      </w:pPr>
      <w:r>
        <w:rPr>
          <w:rFonts w:ascii="Noto Sans CJK KR" w:hAnsi="Noto Sans CJK KR" w:eastAsia="Noto Sans CJK KR" w:cs="Noto Sans CJK KR"/>
          <w:b/>
          <w:color w:val="17354D"/>
          <w:sz w:val="46"/>
        </w:rPr>
        <w:t>구매요청서 | 작성예시</w:t>
      </w:r>
    </w:p>
    <w:p>
      <w:pPr>
        <w:spacing w:after="140" w:line="274" w:lineRule="auto"/>
      </w:pPr>
      <w:r>
        <w:rPr>
          <w:rFonts w:ascii="Noto Sans CJK KR" w:hAnsi="Noto Sans CJK KR" w:eastAsia="Noto Sans CJK KR" w:cs="Noto Sans CJK KR"/>
          <w:b w:val="0"/>
          <w:color w:val="637587"/>
          <w:sz w:val="19"/>
        </w:rPr>
        <w:t>가상 상황을 사용한 작성예시입니다. 앞쪽 작성용 양식과 분리하여 확인합니다.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4" w:color="D6E0E7"/>
          <w:left w:val="single" w:sz="4" w:color="D6E0E7"/>
          <w:bottom w:val="single" w:sz="4" w:color="D6E0E7"/>
          <w:right w:val="single" w:sz="4" w:color="D6E0E7"/>
          <w:insideH w:val="single" w:sz="4" w:color="D6E0E7"/>
          <w:insideV w:val="single" w:sz="4" w:color="D6E0E7"/>
        </w:tblBorders>
      </w:tblPr>
      <w:tblGrid>
        <w:gridCol w:w="2098"/>
        <w:gridCol w:w="7767"/>
      </w:tblGrid>
      <w:tr>
        <w:trPr>
          <w:tblHeader/>
        </w:trPr>
        <w:tc>
          <w:tcPr>
            <w:tcW w:type="dxa" w:w="2098"/>
            <w:shd w:fill="17354D"/>
            <w:tcMar>
              <w:top w:w="75" w:type="dxa"/>
              <w:start w:w="100" w:type="dxa"/>
              <w:bottom w:w="75" w:type="dxa"/>
              <w:end w:w="100" w:type="dxa"/>
            </w:tcMar>
          </w:tcPr>
          <w:p>
            <w:pPr>
              <w:spacing w:after="0" w:line="254" w:lineRule="auto"/>
            </w:pPr>
            <w:r>
              <w:rPr>
                <w:rFonts w:ascii="Noto Sans CJK KR" w:hAnsi="Noto Sans CJK KR" w:eastAsia="Noto Sans CJK KR" w:cs="Noto Sans CJK KR"/>
                <w:b/>
                <w:color w:val="FFFFFF"/>
                <w:sz w:val="19"/>
              </w:rPr>
              <w:t>기재항목</w:t>
            </w:r>
          </w:p>
        </w:tc>
        <w:tc>
          <w:tcPr>
            <w:tcW w:type="dxa" w:w="7767"/>
            <w:shd w:fill="17354D"/>
            <w:tcMar>
              <w:top w:w="75" w:type="dxa"/>
              <w:start w:w="100" w:type="dxa"/>
              <w:bottom w:w="75" w:type="dxa"/>
              <w:end w:w="100" w:type="dxa"/>
            </w:tcMar>
          </w:tcPr>
          <w:p>
            <w:pPr>
              <w:spacing w:after="0" w:line="254" w:lineRule="auto"/>
            </w:pPr>
            <w:r>
              <w:rPr>
                <w:rFonts w:ascii="Noto Sans CJK KR" w:hAnsi="Noto Sans CJK KR" w:eastAsia="Noto Sans CJK KR" w:cs="Noto Sans CJK KR"/>
                <w:b/>
                <w:color w:val="FFFFFF"/>
                <w:sz w:val="19"/>
              </w:rPr>
              <w:t>작성예시</w:t>
            </w:r>
          </w:p>
        </w:tc>
      </w:tr>
      <w:tr>
        <w:trPr>
          <w:cantSplit/>
        </w:trPr>
        <w:tc>
          <w:tcPr>
            <w:tcW w:type="dxa" w:w="2098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  <w:shd w:fill="F1F5F8"/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9"/>
              </w:rPr>
              <w:t>요청품목</w:t>
            </w:r>
          </w:p>
        </w:tc>
        <w:tc>
          <w:tcPr>
            <w:tcW w:type="dxa" w:w="7767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9"/>
              </w:rPr>
              <w:t>A4 복사용지 80g, 2,500매/박스, 10박스</w:t>
            </w:r>
          </w:p>
        </w:tc>
      </w:tr>
      <w:tr>
        <w:trPr>
          <w:cantSplit/>
        </w:trPr>
        <w:tc>
          <w:tcPr>
            <w:tcW w:type="dxa" w:w="2098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  <w:shd w:fill="F1F5F8"/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9"/>
              </w:rPr>
              <w:t>구매목적</w:t>
            </w:r>
          </w:p>
        </w:tc>
        <w:tc>
          <w:tcPr>
            <w:tcW w:type="dxa" w:w="7767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9"/>
              </w:rPr>
              <w:t>9월 교육자료 출력에 필요한 소모품을 보충합니다.</w:t>
            </w:r>
          </w:p>
        </w:tc>
      </w:tr>
      <w:tr>
        <w:trPr>
          <w:cantSplit/>
        </w:trPr>
        <w:tc>
          <w:tcPr>
            <w:tcW w:type="dxa" w:w="2098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  <w:shd w:fill="F1F5F8"/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9"/>
              </w:rPr>
              <w:t>재고확인</w:t>
            </w:r>
          </w:p>
        </w:tc>
        <w:tc>
          <w:tcPr>
            <w:tcW w:type="dxa" w:w="7767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9"/>
              </w:rPr>
              <w:t>보유 2박스, 예상 사용 12박스, 추가 필요 10박스</w:t>
            </w:r>
          </w:p>
        </w:tc>
      </w:tr>
      <w:tr>
        <w:trPr>
          <w:cantSplit/>
        </w:trPr>
        <w:tc>
          <w:tcPr>
            <w:tcW w:type="dxa" w:w="2098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  <w:shd w:fill="F1F5F8"/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9"/>
              </w:rPr>
              <w:t>예상예산</w:t>
            </w:r>
          </w:p>
        </w:tc>
        <w:tc>
          <w:tcPr>
            <w:tcW w:type="dxa" w:w="7767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9"/>
              </w:rPr>
              <w:t>총 275,000원, 부가세 포함</w:t>
            </w:r>
          </w:p>
        </w:tc>
      </w:tr>
      <w:tr>
        <w:trPr>
          <w:cantSplit/>
        </w:trPr>
        <w:tc>
          <w:tcPr>
            <w:tcW w:type="dxa" w:w="2098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  <w:shd w:fill="F1F5F8"/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9"/>
              </w:rPr>
              <w:t>납품조건</w:t>
            </w:r>
          </w:p>
        </w:tc>
        <w:tc>
          <w:tcPr>
            <w:tcW w:type="dxa" w:w="7767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9"/>
              </w:rPr>
              <w:t>9월 12일까지 본사 3층 총무팀 납품. 동등 품질 대체품 허용.</w:t>
            </w:r>
          </w:p>
        </w:tc>
      </w:tr>
      <w:tr>
        <w:trPr>
          <w:cantSplit/>
        </w:trPr>
        <w:tc>
          <w:tcPr>
            <w:tcW w:type="dxa" w:w="2098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  <w:shd w:fill="F1F5F8"/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9"/>
              </w:rPr>
              <w:t>구매검토</w:t>
            </w:r>
          </w:p>
        </w:tc>
        <w:tc>
          <w:tcPr>
            <w:tcW w:type="dxa" w:w="7767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9"/>
              </w:rPr>
              <w:t>재고 확인 완료. 가온문구 견적 검토 후 발주 예정.</w:t>
            </w:r>
          </w:p>
        </w:tc>
      </w:tr>
    </w:tbl>
    <w:p>
      <w:pPr>
        <w:pStyle w:val="Heading2"/>
        <w:keepNext/>
        <w:spacing w:before="160" w:after="80"/>
      </w:pPr>
      <w:r>
        <w:rPr>
          <w:rFonts w:ascii="Noto Sans CJK KR" w:hAnsi="Noto Sans CJK KR" w:eastAsia="Noto Sans CJK KR" w:cs="Noto Sans CJK KR"/>
          <w:b/>
          <w:color w:val="17354D"/>
          <w:sz w:val="23"/>
        </w:rPr>
        <w:t>작성할 때 바꿀 부분</w:t>
      </w:r>
    </w:p>
    <w:p>
      <w:pPr>
        <w:spacing w:after="160" w:line="274" w:lineRule="auto"/>
      </w:pPr>
      <w:r>
        <w:rPr>
          <w:rFonts w:ascii="Noto Sans CJK KR" w:hAnsi="Noto Sans CJK KR" w:eastAsia="Noto Sans CJK KR" w:cs="Noto Sans CJK KR"/>
          <w:b w:val="0"/>
          <w:color w:val="205BB1"/>
          <w:sz w:val="21"/>
        </w:rPr>
        <w:t>[대괄호]</w:t>
      </w:r>
      <w:r>
        <w:rPr>
          <w:rFonts w:ascii="Noto Sans CJK KR" w:hAnsi="Noto Sans CJK KR" w:eastAsia="Noto Sans CJK KR" w:cs="Noto Sans CJK KR"/>
          <w:b w:val="0"/>
          <w:color w:val="203346"/>
          <w:sz w:val="21"/>
        </w:rPr>
        <w:t xml:space="preserve"> 표시를 실제 회사·직원·거래 정보로 바꾸고, 선택 항목의 해당 칸을 표시합니다. 해당 없는 항목은 “해당없음” 또는 “없음”으로 정리합니다. 결재·서명·직인과 관련 날짜를 채운 뒤 작성용 페이지만 제출·교부합니다.</w:t>
      </w:r>
    </w:p>
    <w:p>
      <w:pPr>
        <w:pStyle w:val="Heading2"/>
        <w:keepNext/>
        <w:spacing w:before="160" w:after="80"/>
      </w:pPr>
      <w:r>
        <w:rPr>
          <w:rFonts w:ascii="Noto Sans CJK KR" w:hAnsi="Noto Sans CJK KR" w:eastAsia="Noto Sans CJK KR" w:cs="Noto Sans CJK KR"/>
          <w:b/>
          <w:color w:val="17354D"/>
          <w:sz w:val="23"/>
        </w:rPr>
        <w:t>완료 확인</w:t>
      </w:r>
    </w:p>
    <w:p>
      <w:pPr>
        <w:spacing w:after="160" w:line="274" w:lineRule="auto"/>
      </w:pPr>
      <w:r>
        <w:rPr>
          <w:rFonts w:ascii="Noto Sans CJK KR" w:hAnsi="Noto Sans CJK KR" w:eastAsia="Noto Sans CJK KR" w:cs="Noto Sans CJK KR"/>
          <w:b w:val="0"/>
          <w:color w:val="203346"/>
          <w:sz w:val="21"/>
        </w:rPr>
        <w:t>□ 필수 입력란을 채웠습니다.  □ 관련 자료와 이름·기간·금액을 대조했습니다.</w:t>
        <w:br/>
        <w:t>□ 선택하지 않은 문구를 정리했습니다.  □ 서명·결재·교부 또는 보관 처리를 완료했습니다.</w:t>
      </w:r>
    </w:p>
    <w:sectPr w:rsidR="00FC693F" w:rsidRPr="0006063C" w:rsidSect="00034616">
      <w:headerReference w:type="default" r:id="rId9"/>
      <w:footerReference w:type="default" r:id="rId10"/>
      <w:pgSz w:w="11906" w:h="16838"/>
      <w:pgMar w:top="879" w:right="1020" w:bottom="879" w:left="1020" w:header="369" w:footer="36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Noto Sans CJK KR" w:hAnsi="Noto Sans CJK KR" w:eastAsia="Noto Sans CJK KR" w:cs="Noto Sans CJK KR"/>
        <w:b w:val="0"/>
        <w:color w:val="637587"/>
        <w:sz w:val="16"/>
      </w:rPr>
      <w:t xml:space="preserve">024  구매요청서  |  </w:t>
    </w:r>
    <w:r/>
    <w:fldSimple w:instr="PAGE"/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40"/>
      <w:pBdr>
        <w:bottom w:val="single" w:sz="5" w:color="17354D"/>
      </w:pBdr>
    </w:pPr>
    <w:r>
      <w:rPr>
        <w:rFonts w:ascii="Noto Sans CJK KR" w:hAnsi="Noto Sans CJK KR" w:eastAsia="Noto Sans CJK KR" w:cs="Noto Sans CJK KR"/>
        <w:b w:val="0"/>
        <w:color w:val="637587"/>
        <w:sz w:val="16"/>
      </w:rPr>
      <w:t>실무양식  /  024  /  매출·매입·거래처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74" w:lineRule="auto"/>
    </w:pPr>
    <w:rPr>
      <w:rFonts w:ascii="Noto Sans CJK KR" w:hAnsi="Noto Sans CJK KR" w:eastAsia="Noto Sans CJK KR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Noto Sans CJK KR" w:hAnsi="Noto Sans CJK KR" w:eastAsia="Noto Sans CJK KR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Noto Sans CJK KR" w:hAnsi="Noto Sans CJK KR" w:eastAsia="Noto Sans CJK KR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Noto Sans CJK KR" w:hAnsi="Noto Sans CJK KR" w:eastAsia="Noto Sans CJK KR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구매요청서</dc:title>
  <dc:subject>작성용 실무양식과 가상 작성예시</dc:subject>
  <dc:creator/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