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경력증명서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발급번호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[CERT-YYYYMM-번호]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발급일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성명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사원번호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[EMP-번호]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용도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[본인 요청 용도]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제출처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[기관·회사명]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경력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24"/>
        <w:gridCol w:w="7540"/>
      </w:tblGrid>
      <w:tr>
        <w:trPr>
          <w:tblHeader/>
        </w:trPr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7540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증명내용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회사명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[상호]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재직기간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[입사일]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 ~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[마지막 근무일]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소속부서·직급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[본인이 요청한 부서 / 직급]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담당업무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[본인이 요청한 업무내용]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근무형태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[본인이 요청한 경우 기재]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증명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위 사람은 위 기간 동안 당사에서 기재된 업무를 수행하였음을 증명합니다.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발급자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[YYYY년 MM월 DD일]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회사명: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[상호]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사업자등록번호: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[000-00-00000]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주소: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[사업장 주소]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대표자: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(직인)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발급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발급담당: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[부서 / 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확인 연락처: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[회사 대표 또는 담당 연락처]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추가 요청사항: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[본인이 요청한 사항이 있는 경우 기재]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경력증명서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발급정보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CERT-202609-001 / 김민준 / EMP-001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재직기간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2024-09-01 ~ 2026-08-31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소속·업무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영업팀 사원 / 거래처 관리 및 제안업무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용도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본인이 요청한 제출용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발급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회사명·사업자번호·주소 확인 후 대표자 직인 날인, 발급대장에 기록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096  경력증명서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096  /  총무·행정·계약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경력증명서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